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BCE9B" w14:textId="77777777" w:rsidR="00064EB8" w:rsidRDefault="00000000">
      <w:pPr>
        <w:jc w:val="center"/>
      </w:pPr>
      <w:r>
        <w:rPr>
          <w:noProof/>
        </w:rPr>
        <w:drawing>
          <wp:inline distT="0" distB="0" distL="0" distR="0" wp14:anchorId="708E3E3A" wp14:editId="1BF63879">
            <wp:extent cx="2160000" cy="21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6"/>
                    <a:stretch>
                      <a:fillRect/>
                    </a:stretch>
                  </pic:blipFill>
                  <pic:spPr>
                    <a:xfrm>
                      <a:off x="0" y="0"/>
                      <a:ext cx="2160000" cy="2160000"/>
                    </a:xfrm>
                    <a:prstGeom prst="rect">
                      <a:avLst/>
                    </a:prstGeom>
                  </pic:spPr>
                </pic:pic>
              </a:graphicData>
            </a:graphic>
          </wp:inline>
        </w:drawing>
      </w:r>
    </w:p>
    <w:p w14:paraId="0571C9B5" w14:textId="77777777" w:rsidR="00064EB8" w:rsidRDefault="00000000">
      <w:pPr>
        <w:jc w:val="center"/>
      </w:pPr>
      <w:r>
        <w:rPr>
          <w:b/>
        </w:rPr>
        <w:t>ΣΥΜΒΑΣΗ ΟΡΓΑΝΩΜΕΝΟΥ ΤΑΞΙΔΙΟΥ</w:t>
      </w:r>
      <w:r>
        <w:rPr>
          <w:b/>
        </w:rPr>
        <w:br/>
        <w:t>(ΜΕΤΑΞΥ ΔΙΟΡΓΑΝΩΤΗ – ΠΕΛΑΤΗ)</w:t>
      </w:r>
    </w:p>
    <w:p w14:paraId="7953DD79" w14:textId="77777777" w:rsidR="00064EB8" w:rsidRDefault="00064EB8"/>
    <w:p w14:paraId="2164580E" w14:textId="77777777" w:rsidR="00064EB8" w:rsidRDefault="00000000">
      <w:r>
        <w:t>ΔΙΟΡΓΑΝΩΤΗΣ:</w:t>
      </w:r>
      <w:r>
        <w:br/>
        <w:t>ΠΑΝΑΓΟΠΟΥΛΟΣ ΑΝΔΡΕΑΣ – My RoadTrip</w:t>
      </w:r>
      <w:r>
        <w:br/>
        <w:t>Ατομική Επιχείρηση</w:t>
      </w:r>
      <w:r>
        <w:br/>
        <w:t>Έδρα: Αγίου Κωνσταντίνου 6, Ομόνοια, Αθήνα 10431</w:t>
      </w:r>
      <w:r>
        <w:br/>
        <w:t>ΑΦΜ: 133622945 – ΔΟΥ: ΚΕΦΟΔΕ ΑΤΤΙΚΗΣ</w:t>
      </w:r>
      <w:r>
        <w:br/>
        <w:t>Αρ. ΕΟΤ: 0206E60000552101</w:t>
      </w:r>
      <w:r>
        <w:br/>
        <w:t>Αρ. ΓΕΜΗ: 139066203000</w:t>
      </w:r>
      <w:r>
        <w:br/>
        <w:t>Τηλ.: 211 1831184 | Email: info@myroadtrip.gr</w:t>
      </w:r>
      <w:r>
        <w:br/>
        <w:t>Ασφάλιση Γενικής Αστικής Ευθύνης: ΕΥΡΩΠΗ ΑΣΦΑΛΙΣΤΙΚΗ – Αρ. Συμβολαίου 9220000432</w:t>
      </w:r>
    </w:p>
    <w:p w14:paraId="2192D68C" w14:textId="77777777" w:rsidR="00064EB8" w:rsidRDefault="00064EB8"/>
    <w:p w14:paraId="193D7AF3" w14:textId="77777777" w:rsidR="00064EB8" w:rsidRDefault="00000000">
      <w:r>
        <w:rPr>
          <w:b/>
        </w:rPr>
        <w:t>ΣΤΟΙΧΕΙΑ ΕΚΔΡΟΜΗΣ</w:t>
      </w:r>
    </w:p>
    <w:p w14:paraId="66A277B2" w14:textId="77777777" w:rsidR="00064EB8" w:rsidRDefault="00000000">
      <w:r>
        <w:t>Τίτλος Εκδρομής: .................................................................</w:t>
      </w:r>
    </w:p>
    <w:p w14:paraId="01D6C315" w14:textId="77777777" w:rsidR="00064EB8" w:rsidRDefault="00000000">
      <w:r>
        <w:t>Διάρκεια (ημέρες): ..........  Από: ..........  Έως: ..........</w:t>
      </w:r>
    </w:p>
    <w:p w14:paraId="2706A0D2" w14:textId="77777777" w:rsidR="00064EB8" w:rsidRDefault="00000000">
      <w:r>
        <w:t>Τιμή ανά άτομο: .................................................................</w:t>
      </w:r>
    </w:p>
    <w:p w14:paraId="445467DE" w14:textId="77777777" w:rsidR="00064EB8" w:rsidRDefault="00000000">
      <w:r>
        <w:t>Επιβαρύνσεις (εφόσον υπάρχουν): .................................................................</w:t>
      </w:r>
    </w:p>
    <w:p w14:paraId="75217661" w14:textId="77777777" w:rsidR="00064EB8" w:rsidRDefault="00064EB8"/>
    <w:p w14:paraId="1FC75310" w14:textId="77777777" w:rsidR="00064EB8" w:rsidRDefault="00000000">
      <w:r>
        <w:rPr>
          <w:b/>
        </w:rPr>
        <w:t>ΣΤΟΙΧΕΙΑ ΠΕΛΑΤΗ</w:t>
      </w:r>
    </w:p>
    <w:p w14:paraId="3CCA4EFA" w14:textId="77777777" w:rsidR="00064EB8" w:rsidRDefault="00000000">
      <w:r>
        <w:t>Ονοματεπώνυμο: .................................................................</w:t>
      </w:r>
      <w:r>
        <w:br/>
        <w:t>Διεύθυνση: .................................................................</w:t>
      </w:r>
      <w:r>
        <w:br/>
        <w:t>Τηλέφωνο: .................................................................</w:t>
      </w:r>
      <w:r>
        <w:br/>
      </w:r>
      <w:r>
        <w:lastRenderedPageBreak/>
        <w:t>Email: .................................................................</w:t>
      </w:r>
      <w:r>
        <w:br/>
      </w:r>
      <w:r>
        <w:br/>
        <w:t>Ενεργεί για λογαριασμό του και των κάτωθι συμμετεχόντων:</w:t>
      </w:r>
      <w:r>
        <w:br/>
        <w:t>1) ....................................  2) ....................................</w:t>
      </w:r>
      <w:r>
        <w:br/>
        <w:t>3) ....................................  4) ....................................</w:t>
      </w:r>
    </w:p>
    <w:p w14:paraId="38448F35" w14:textId="77777777" w:rsidR="00064EB8" w:rsidRDefault="00064EB8"/>
    <w:p w14:paraId="3936BB8C" w14:textId="77777777" w:rsidR="00064EB8" w:rsidRDefault="00000000">
      <w:r>
        <w:t>Ο Διοργανωτής αναλαμβάνει την οργάνωση και εκτέλεση του ανωτέρω περιγραφόμενου οργανωμένου ταξιδιού και φέρει την ευθύνη εκτέλεσής του σύμφωνα με την κείμενη νομοθεσία (Π.Δ. 7/2018). Ο Πελάτης αποδέχεται να συμμετάσχει στο ταξίδι αυτό βάσει:</w:t>
      </w:r>
      <w:r>
        <w:br/>
        <w:t>α) των Γενικών Όρων Συμμετοχής του Διοργανωτή,</w:t>
      </w:r>
      <w:r>
        <w:br/>
        <w:t>β) του αναλυτικού προγράμματος της εκδρομής όπως αναγράφεται στην ιστοσελίδα MyRoadTrip.gr.</w:t>
      </w:r>
      <w:r>
        <w:br/>
      </w:r>
      <w:r>
        <w:br/>
        <w:t>Τα ανωτέρω αποτελούν αναπόσπαστο μέρος της παρούσας σύμβασης.</w:t>
      </w:r>
    </w:p>
    <w:p w14:paraId="03C5B4CB" w14:textId="77777777" w:rsidR="00064EB8" w:rsidRDefault="00000000">
      <w:r>
        <w:t>Ο Πελάτης δηλώνει ρητά και ανεπιφύλακτα ότι έλαβε γνώση, διάβασε προσεκτικά και κατανόησε πλήρως το πρόγραμμα και τους Γενικούς Όρους Συμμετοχής του My RoadTrip, όπως αυτοί είναι αναρτημένοι στην ιστοσελίδα, και ότι ενημερώθηκε με απόλυτη σαφήνεια για όλα τα στοιχεία της εκδρομής.</w:t>
      </w:r>
    </w:p>
    <w:p w14:paraId="52B5756F" w14:textId="77777777" w:rsidR="00064EB8" w:rsidRDefault="00064EB8"/>
    <w:p w14:paraId="16670B2D" w14:textId="77777777" w:rsidR="00064EB8" w:rsidRDefault="00000000">
      <w:r>
        <w:t>Στον τόπο και χρόνο υπογραφής της παρούσας σύμβασης:</w:t>
      </w:r>
    </w:p>
    <w:p w14:paraId="0A248DC0" w14:textId="77777777" w:rsidR="00064EB8" w:rsidRDefault="00000000">
      <w:r>
        <w:t>Ημερομηνία: .................................................................</w:t>
      </w:r>
      <w:r>
        <w:br/>
      </w:r>
    </w:p>
    <w:p w14:paraId="375EAE68" w14:textId="77777777" w:rsidR="00064EB8" w:rsidRDefault="00000000">
      <w:r>
        <w:rPr>
          <w:b/>
        </w:rPr>
        <w:t>Ο ΔΙΟΡΓΑΝΩΤΗΣ</w:t>
      </w:r>
      <w:r>
        <w:rPr>
          <w:b/>
        </w:rPr>
        <w:br/>
        <w:t>My RoadTrip</w:t>
      </w:r>
      <w:r>
        <w:rPr>
          <w:b/>
        </w:rPr>
        <w:br/>
      </w:r>
      <w:r>
        <w:rPr>
          <w:b/>
        </w:rPr>
        <w:br/>
      </w:r>
      <w:r>
        <w:t>.................................................................</w:t>
      </w:r>
      <w:r>
        <w:br/>
      </w:r>
      <w:r>
        <w:br/>
      </w:r>
      <w:r>
        <w:rPr>
          <w:b/>
        </w:rPr>
        <w:t>Ο ΠΕΛΑΤΗΣ</w:t>
      </w:r>
      <w:r>
        <w:rPr>
          <w:b/>
        </w:rPr>
        <w:br/>
      </w:r>
      <w:r>
        <w:rPr>
          <w:b/>
        </w:rPr>
        <w:br/>
      </w:r>
      <w:r>
        <w:t>.................................................................</w:t>
      </w:r>
    </w:p>
    <w:p w14:paraId="46559356" w14:textId="77777777" w:rsidR="00064EB8" w:rsidRDefault="00000000">
      <w:r>
        <w:br w:type="page"/>
      </w:r>
    </w:p>
    <w:p w14:paraId="5C0235FD" w14:textId="77777777" w:rsidR="00064EB8" w:rsidRDefault="00000000">
      <w:r>
        <w:rPr>
          <w:b/>
        </w:rPr>
        <w:lastRenderedPageBreak/>
        <w:t>ΣΥΝΔΕΣΗ ΜΕ ONLINE ΚΡΑΤΗΣΗ &amp; ΥΠΟΧΡΕΩΣΗ ΑΠΟΣΤΟΛΗΣ ΣΥΜΒΑΣΗΣ</w:t>
      </w:r>
    </w:p>
    <w:p w14:paraId="5BDE0C64" w14:textId="77777777" w:rsidR="00064EB8" w:rsidRDefault="00000000">
      <w:r>
        <w:t>Ο Πελάτης δηλώνει και αποδέχεται ότι η παρούσα σύμβαση συνδέεται άρρηκτα με την ηλεκτρονική κράτηση που πραγματοποιήθηκε μέσω της ιστοσελίδας MyRoadTrip.gr.</w:t>
      </w:r>
      <w:r>
        <w:br/>
      </w:r>
      <w:r>
        <w:br/>
        <w:t>Με την ολοκλήρωση της online κράτησης, ο Πελάτης έχει αποδεχθεί τους Όρους Συμμετοχής και την Online Σύμβαση του My RoadTrip, οι οποίοι είναι αναρτημένοι στην ιστοσελίδα και αποτελούν αναπόσπαστο μέρος της παρούσας.</w:t>
      </w:r>
      <w:r>
        <w:br/>
      </w:r>
      <w:r>
        <w:br/>
        <w:t>Ο Πελάτης υποχρεούται να συμπληρώσει και να αποστείλει τη παρούσα σύμβαση συμμετοχής, υπογεγραμμένη, εντός της προθεσμίας που του γνωστοποιείται από το My RoadTrip.</w:t>
      </w:r>
      <w:r>
        <w:br/>
      </w:r>
      <w:r>
        <w:br/>
        <w:t>Η συμμετοχή στην εκδρομή δεν θεωρείται οριστικά κατοχυρωμένη, ακόμη και αν έχει καταβληθεί προκαταβολή ή πλήρης εξόφληση, εφόσον δεν έχει παραληφθεί από το γραφείο η συμπληρωμένη σύμβαση.</w:t>
      </w:r>
      <w:r>
        <w:br/>
      </w:r>
      <w:r>
        <w:br/>
        <w:t>Σε περίπτωση μη αποστολής της σύμβασης εντός της προβλεπόμενης προθεσμίας, το My RoadTrip διατηρεί το δικαίωμα ακύρωσης της κράτησης, αποδέσμευσης της θέσης και εφαρμογής της πολιτικής ακυρώσεων της εκάστοτε εκδρομής.</w:t>
      </w:r>
    </w:p>
    <w:sectPr w:rsidR="00064EB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3014278">
    <w:abstractNumId w:val="8"/>
  </w:num>
  <w:num w:numId="2" w16cid:durableId="1209797907">
    <w:abstractNumId w:val="6"/>
  </w:num>
  <w:num w:numId="3" w16cid:durableId="1319191751">
    <w:abstractNumId w:val="5"/>
  </w:num>
  <w:num w:numId="4" w16cid:durableId="201551992">
    <w:abstractNumId w:val="4"/>
  </w:num>
  <w:num w:numId="5" w16cid:durableId="1954480896">
    <w:abstractNumId w:val="7"/>
  </w:num>
  <w:num w:numId="6" w16cid:durableId="673916585">
    <w:abstractNumId w:val="3"/>
  </w:num>
  <w:num w:numId="7" w16cid:durableId="2065058579">
    <w:abstractNumId w:val="2"/>
  </w:num>
  <w:num w:numId="8" w16cid:durableId="74520830">
    <w:abstractNumId w:val="1"/>
  </w:num>
  <w:num w:numId="9" w16cid:durableId="1260405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4EB8"/>
    <w:rsid w:val="0015074B"/>
    <w:rsid w:val="0029639D"/>
    <w:rsid w:val="00326F90"/>
    <w:rsid w:val="00661897"/>
    <w:rsid w:val="00AA1D8D"/>
    <w:rsid w:val="00B47730"/>
    <w:rsid w:val="00CB0664"/>
    <w:rsid w:val="00F33A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E5EF5"/>
  <w14:defaultImageDpi w14:val="300"/>
  <w15:docId w15:val="{3CA6AA86-1970-4B74-8674-1217CCE46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518</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Panagopoulos Andrew</cp:lastModifiedBy>
  <cp:revision>2</cp:revision>
  <dcterms:created xsi:type="dcterms:W3CDTF">2026-01-11T22:57:00Z</dcterms:created>
  <dcterms:modified xsi:type="dcterms:W3CDTF">2026-01-11T22:57:00Z</dcterms:modified>
  <cp:category/>
</cp:coreProperties>
</file>